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B7925" w:rsidR="009F40E0" w:rsidP="003B7925" w:rsidRDefault="000031EA" w14:paraId="1275165C" w14:textId="64710707">
      <w:pPr>
        <w:jc w:val="center"/>
        <w:rPr>
          <w:b/>
          <w:lang w:val="ca-ES"/>
        </w:rPr>
      </w:pPr>
      <w:r>
        <w:rPr>
          <w:b/>
          <w:lang w:val="es-ES"/>
        </w:rPr>
        <w:t xml:space="preserve">ANNEX 1. </w:t>
      </w:r>
      <w:r w:rsidRPr="003B7925" w:rsidR="003B7925">
        <w:rPr>
          <w:b/>
          <w:lang w:val="ca-ES"/>
        </w:rPr>
        <w:t>FITXA D’AVALUACIÓ TÈCNICA DE SISTEMES ESCÈNICS / EQUIPAMENT</w:t>
      </w:r>
    </w:p>
    <w:p w:rsidRPr="000031EA" w:rsidR="009F40E0" w:rsidP="003B7925" w:rsidRDefault="003B7925" w14:paraId="3B88050C" w14:textId="62DC17D7">
      <w:pPr>
        <w:jc w:val="center"/>
        <w:rPr>
          <w:lang w:val="es-ES"/>
        </w:rPr>
      </w:pPr>
      <w:r w:rsidRPr="003B7925">
        <w:rPr>
          <w:lang w:val="es-ES"/>
        </w:rPr>
        <w:t xml:space="preserve">Auditoria de material </w:t>
      </w:r>
      <w:proofErr w:type="spellStart"/>
      <w:r w:rsidRPr="003B7925">
        <w:rPr>
          <w:lang w:val="es-ES"/>
        </w:rPr>
        <w:t>tècnic</w:t>
      </w:r>
      <w:proofErr w:type="spellEnd"/>
      <w:r w:rsidRPr="003B7925">
        <w:rPr>
          <w:lang w:val="es-ES"/>
        </w:rPr>
        <w:t xml:space="preserve"> </w:t>
      </w:r>
      <w:proofErr w:type="spellStart"/>
      <w:r w:rsidRPr="003B7925">
        <w:rPr>
          <w:lang w:val="es-ES"/>
        </w:rPr>
        <w:t>escènic</w:t>
      </w:r>
      <w:proofErr w:type="spellEnd"/>
      <w:r w:rsidRPr="003B7925">
        <w:rPr>
          <w:lang w:val="es-ES"/>
        </w:rPr>
        <w:t xml:space="preserve"> – </w:t>
      </w:r>
      <w:proofErr w:type="spellStart"/>
      <w:r w:rsidRPr="003B7925">
        <w:rPr>
          <w:lang w:val="es-ES"/>
        </w:rPr>
        <w:t>Districte</w:t>
      </w:r>
      <w:proofErr w:type="spellEnd"/>
      <w:r w:rsidRPr="003B7925">
        <w:rPr>
          <w:lang w:val="es-ES"/>
        </w:rPr>
        <w:t xml:space="preserve"> de les Corts</w:t>
      </w:r>
    </w:p>
    <w:p w:rsidRPr="003B7925" w:rsidR="003B7925" w:rsidP="003B7925" w:rsidRDefault="003B7925" w14:paraId="6745DB75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1) Identificació de l’equip / sistema</w:t>
      </w:r>
    </w:p>
    <w:p w:rsidRPr="003B7925" w:rsidR="003B7925" w:rsidP="003B7925" w:rsidRDefault="003B7925" w14:paraId="7E01014D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Codi inventari:</w:t>
      </w:r>
      <w:r w:rsidRPr="003B7925">
        <w:rPr>
          <w:b/>
          <w:lang w:val="ca-ES"/>
        </w:rPr>
        <w:t xml:space="preserve"> ____________________________</w:t>
      </w:r>
    </w:p>
    <w:p w:rsidRPr="003B7925" w:rsidR="003B7925" w:rsidP="5DC52272" w:rsidRDefault="003B7925" w14:paraId="079BD319" w14:textId="1515D196">
      <w:pPr>
        <w:numPr>
          <w:ilvl w:val="0"/>
          <w:numId w:val="10"/>
        </w:numPr>
        <w:rPr>
          <w:b w:val="1"/>
          <w:bCs w:val="1"/>
          <w:lang w:val="ca-ES"/>
        </w:rPr>
      </w:pPr>
      <w:r w:rsidRPr="5DC52272" w:rsidR="003B7925">
        <w:rPr>
          <w:b w:val="1"/>
          <w:bCs w:val="1"/>
          <w:lang w:val="ca-ES"/>
        </w:rPr>
        <w:t>Categoria:</w:t>
      </w:r>
      <w:r w:rsidRPr="5DC52272" w:rsidR="4711BF8B">
        <w:rPr>
          <w:b w:val="1"/>
          <w:bCs w:val="1"/>
          <w:lang w:val="ca-ES"/>
        </w:rPr>
        <w:t xml:space="preserve"> </w:t>
      </w:r>
      <w:r w:rsidRPr="5DC52272" w:rsidR="003B7925">
        <w:rPr>
          <w:b w:val="1"/>
          <w:bCs w:val="1"/>
          <w:lang w:val="ca-ES"/>
        </w:rPr>
        <w:t xml:space="preserve"> Il·luminació / So / Escenografia / Audiovisual / Altres</w:t>
      </w:r>
    </w:p>
    <w:p w:rsidRPr="003B7925" w:rsidR="003B7925" w:rsidP="003B7925" w:rsidRDefault="003B7925" w14:paraId="7FFE1DC0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Equip o sistema:</w:t>
      </w:r>
      <w:r w:rsidRPr="003B7925">
        <w:rPr>
          <w:b/>
          <w:lang w:val="ca-ES"/>
        </w:rPr>
        <w:t xml:space="preserve"> __________________________________________</w:t>
      </w:r>
    </w:p>
    <w:p w:rsidRPr="003B7925" w:rsidR="003B7925" w:rsidP="003B7925" w:rsidRDefault="003B7925" w14:paraId="52C84D61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Marca i model:</w:t>
      </w:r>
      <w:r w:rsidRPr="003B7925">
        <w:rPr>
          <w:b/>
          <w:lang w:val="ca-ES"/>
        </w:rPr>
        <w:t xml:space="preserve"> __________________________________________</w:t>
      </w:r>
    </w:p>
    <w:p w:rsidRPr="003B7925" w:rsidR="003B7925" w:rsidP="003B7925" w:rsidRDefault="003B7925" w14:paraId="694D5B2D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Núm. de sèrie:</w:t>
      </w:r>
      <w:r w:rsidRPr="003B7925">
        <w:rPr>
          <w:b/>
          <w:lang w:val="ca-ES"/>
        </w:rPr>
        <w:t xml:space="preserve"> __________________________________________</w:t>
      </w:r>
    </w:p>
    <w:p w:rsidRPr="003B7925" w:rsidR="003B7925" w:rsidP="003B7925" w:rsidRDefault="003B7925" w14:paraId="57AFBE7D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Any d’adquisició / posada en servei:</w:t>
      </w:r>
      <w:r w:rsidRPr="003B7925">
        <w:rPr>
          <w:b/>
          <w:lang w:val="ca-ES"/>
        </w:rPr>
        <w:t xml:space="preserve"> ____ / ____</w:t>
      </w:r>
    </w:p>
    <w:p w:rsidRPr="003B7925" w:rsidR="003B7925" w:rsidP="003B7925" w:rsidRDefault="003B7925" w14:paraId="0C2BA5E4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Ubicació:</w:t>
      </w:r>
      <w:r w:rsidRPr="003B7925">
        <w:rPr>
          <w:b/>
          <w:lang w:val="ca-ES"/>
        </w:rPr>
        <w:t xml:space="preserve"> Equipament / Sala / Escenari / Magatzem — _________________________</w:t>
      </w:r>
    </w:p>
    <w:p w:rsidRPr="003B7925" w:rsidR="003B7925" w:rsidP="003B7925" w:rsidRDefault="003B7925" w14:paraId="0187E590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Equipament municipal:</w:t>
      </w:r>
      <w:r w:rsidRPr="003B7925">
        <w:rPr>
          <w:b/>
          <w:lang w:val="ca-ES"/>
        </w:rPr>
        <w:t xml:space="preserve"> __________________________________________</w:t>
      </w:r>
    </w:p>
    <w:p w:rsidRPr="003B7925" w:rsidR="003B7925" w:rsidP="003B7925" w:rsidRDefault="003B7925" w14:paraId="557E6E99" w14:textId="77777777">
      <w:pPr>
        <w:numPr>
          <w:ilvl w:val="0"/>
          <w:numId w:val="10"/>
        </w:numPr>
        <w:rPr>
          <w:b/>
          <w:lang w:val="ca-ES"/>
        </w:rPr>
      </w:pPr>
      <w:r w:rsidRPr="003B7925">
        <w:rPr>
          <w:b/>
          <w:bCs/>
          <w:lang w:val="ca-ES"/>
        </w:rPr>
        <w:t>Persona responsable / referent:</w:t>
      </w:r>
      <w:r w:rsidRPr="003B7925">
        <w:rPr>
          <w:b/>
          <w:lang w:val="ca-ES"/>
        </w:rPr>
        <w:t xml:space="preserve"> __________________________________________</w:t>
      </w:r>
    </w:p>
    <w:p w:rsidRPr="003B7925" w:rsidR="003B7925" w:rsidP="003B7925" w:rsidRDefault="003B7925" w14:paraId="6E65C0A4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48D77CB9">
          <v:rect id="_x0000_i1253" style="width:0;height:1.5pt" o:hr="t" o:hrstd="t" o:hralign="center" fillcolor="#a0a0a0" stroked="f"/>
        </w:pict>
      </w:r>
    </w:p>
    <w:p w:rsidRPr="003B7925" w:rsidR="003B7925" w:rsidP="003B7925" w:rsidRDefault="003B7925" w14:paraId="509C4FCF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2) Estat visible i seguretat</w:t>
      </w:r>
    </w:p>
    <w:p w:rsidRPr="003B7925" w:rsidR="003B7925" w:rsidP="003B7925" w:rsidRDefault="003B7925" w14:paraId="17AE9856" w14:textId="77777777">
      <w:pPr>
        <w:numPr>
          <w:ilvl w:val="0"/>
          <w:numId w:val="11"/>
        </w:numPr>
        <w:rPr>
          <w:b/>
          <w:lang w:val="ca-ES"/>
        </w:rPr>
      </w:pPr>
      <w:r w:rsidRPr="003B7925">
        <w:rPr>
          <w:b/>
          <w:bCs/>
          <w:lang w:val="ca-ES"/>
        </w:rPr>
        <w:t>Integritat física:</w:t>
      </w:r>
      <w:r w:rsidRPr="003B7925">
        <w:rPr>
          <w:b/>
          <w:lang w:val="ca-ES"/>
        </w:rPr>
        <w:t xml:space="preserve"> Correcte / Danys lleus / Danys greus</w:t>
      </w:r>
      <w:r w:rsidRPr="003B7925">
        <w:rPr>
          <w:b/>
          <w:lang w:val="ca-ES"/>
        </w:rPr>
        <w:br/>
      </w:r>
      <w:r w:rsidRPr="003B7925">
        <w:rPr>
          <w:b/>
          <w:i/>
          <w:iCs/>
          <w:lang w:val="ca-ES"/>
        </w:rPr>
        <w:t>(descriure: ______________________________)</w:t>
      </w:r>
    </w:p>
    <w:p w:rsidRPr="003B7925" w:rsidR="003B7925" w:rsidP="003B7925" w:rsidRDefault="003B7925" w14:paraId="2016D072" w14:textId="77777777">
      <w:pPr>
        <w:numPr>
          <w:ilvl w:val="0"/>
          <w:numId w:val="11"/>
        </w:numPr>
        <w:rPr>
          <w:b/>
          <w:lang w:val="ca-ES"/>
        </w:rPr>
      </w:pPr>
      <w:r w:rsidRPr="003B7925">
        <w:rPr>
          <w:b/>
          <w:bCs/>
          <w:lang w:val="ca-ES"/>
        </w:rPr>
        <w:t>Elements de seguretat:</w:t>
      </w:r>
      <w:r w:rsidRPr="003B7925">
        <w:rPr>
          <w:b/>
          <w:lang w:val="ca-ES"/>
        </w:rPr>
        <w:t xml:space="preserve"> Fixacions / Ancoratges / Proteccions / Altres — OK / KO</w:t>
      </w:r>
    </w:p>
    <w:p w:rsidRPr="003B7925" w:rsidR="003B7925" w:rsidP="003B7925" w:rsidRDefault="003B7925" w14:paraId="2647578B" w14:textId="77777777">
      <w:pPr>
        <w:numPr>
          <w:ilvl w:val="0"/>
          <w:numId w:val="11"/>
        </w:numPr>
        <w:rPr>
          <w:b/>
          <w:lang w:val="ca-ES"/>
        </w:rPr>
      </w:pPr>
      <w:r w:rsidRPr="003B7925">
        <w:rPr>
          <w:b/>
          <w:bCs/>
          <w:lang w:val="ca-ES"/>
        </w:rPr>
        <w:t>Conformitat i marcatge:</w:t>
      </w:r>
      <w:r w:rsidRPr="003B7925">
        <w:rPr>
          <w:b/>
          <w:lang w:val="ca-ES"/>
        </w:rPr>
        <w:t xml:space="preserve"> CE / Manuals / Etiquetatge — OK / KO</w:t>
      </w:r>
    </w:p>
    <w:p w:rsidRPr="003B7925" w:rsidR="003B7925" w:rsidP="003B7925" w:rsidRDefault="003B7925" w14:paraId="19F636D5" w14:textId="77777777">
      <w:pPr>
        <w:numPr>
          <w:ilvl w:val="0"/>
          <w:numId w:val="11"/>
        </w:numPr>
        <w:rPr>
          <w:b/>
          <w:lang w:val="ca-ES"/>
        </w:rPr>
      </w:pPr>
      <w:r w:rsidRPr="003B7925">
        <w:rPr>
          <w:b/>
          <w:bCs/>
          <w:lang w:val="ca-ES"/>
        </w:rPr>
        <w:t>Instal·lació elèctrica i connexions:</w:t>
      </w:r>
      <w:r w:rsidRPr="003B7925">
        <w:rPr>
          <w:b/>
          <w:lang w:val="ca-ES"/>
        </w:rPr>
        <w:t xml:space="preserve"> OK / KO</w:t>
      </w:r>
      <w:r w:rsidRPr="003B7925">
        <w:rPr>
          <w:b/>
          <w:lang w:val="ca-ES"/>
        </w:rPr>
        <w:br/>
      </w:r>
      <w:r w:rsidRPr="003B7925">
        <w:rPr>
          <w:b/>
          <w:i/>
          <w:iCs/>
          <w:lang w:val="ca-ES"/>
        </w:rPr>
        <w:t>(descriure riscos: ______________________)</w:t>
      </w:r>
    </w:p>
    <w:p w:rsidRPr="003B7925" w:rsidR="003B7925" w:rsidP="003B7925" w:rsidRDefault="003B7925" w14:paraId="15A239DC" w14:textId="77777777">
      <w:pPr>
        <w:numPr>
          <w:ilvl w:val="0"/>
          <w:numId w:val="11"/>
        </w:numPr>
        <w:rPr>
          <w:b/>
          <w:lang w:val="ca-ES"/>
        </w:rPr>
      </w:pPr>
      <w:r w:rsidRPr="003B7925">
        <w:rPr>
          <w:b/>
          <w:bCs/>
          <w:lang w:val="ca-ES"/>
        </w:rPr>
        <w:t>Riscos detectats:</w:t>
      </w:r>
      <w:r w:rsidRPr="003B7925">
        <w:rPr>
          <w:b/>
          <w:lang w:val="ca-ES"/>
        </w:rPr>
        <w:t xml:space="preserve"> Elèctrics / Mecànics / Caiguda / Altres — ____________________</w:t>
      </w:r>
    </w:p>
    <w:p w:rsidRPr="003B7925" w:rsidR="003B7925" w:rsidP="003B7925" w:rsidRDefault="003B7925" w14:paraId="0B927468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0DD8B2AE">
          <v:rect id="_x0000_i1252" style="width:0;height:1.5pt" o:hr="t" o:hrstd="t" o:hralign="center" fillcolor="#a0a0a0" stroked="f"/>
        </w:pict>
      </w:r>
    </w:p>
    <w:p w:rsidRPr="003B7925" w:rsidR="003B7925" w:rsidP="003B7925" w:rsidRDefault="003B7925" w14:paraId="0C887833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3) Proves funcionals</w:t>
      </w:r>
    </w:p>
    <w:p w:rsidRPr="003B7925" w:rsidR="003B7925" w:rsidP="003B7925" w:rsidRDefault="003B7925" w14:paraId="6A77FBC4" w14:textId="77777777">
      <w:pPr>
        <w:numPr>
          <w:ilvl w:val="0"/>
          <w:numId w:val="12"/>
        </w:numPr>
        <w:rPr>
          <w:b/>
          <w:lang w:val="ca-ES"/>
        </w:rPr>
      </w:pPr>
      <w:r w:rsidRPr="003B7925">
        <w:rPr>
          <w:b/>
          <w:bCs/>
          <w:lang w:val="ca-ES"/>
        </w:rPr>
        <w:t>Encesa i operativitat:</w:t>
      </w:r>
      <w:r w:rsidRPr="003B7925">
        <w:rPr>
          <w:b/>
          <w:lang w:val="ca-ES"/>
        </w:rPr>
        <w:t xml:space="preserve"> OK / KO / No aplica</w:t>
      </w:r>
    </w:p>
    <w:p w:rsidRPr="003B7925" w:rsidR="003B7925" w:rsidP="003B7925" w:rsidRDefault="003B7925" w14:paraId="180273BC" w14:textId="77777777">
      <w:pPr>
        <w:numPr>
          <w:ilvl w:val="0"/>
          <w:numId w:val="12"/>
        </w:numPr>
        <w:rPr>
          <w:b/>
          <w:lang w:val="ca-ES"/>
        </w:rPr>
      </w:pPr>
      <w:r w:rsidRPr="003B7925">
        <w:rPr>
          <w:b/>
          <w:bCs/>
          <w:lang w:val="ca-ES"/>
        </w:rPr>
        <w:t>Funcionament general:</w:t>
      </w:r>
      <w:r w:rsidRPr="003B7925">
        <w:rPr>
          <w:b/>
          <w:lang w:val="ca-ES"/>
        </w:rPr>
        <w:t xml:space="preserve"> OK / KO / Deficiències</w:t>
      </w:r>
      <w:r w:rsidRPr="003B7925">
        <w:rPr>
          <w:b/>
          <w:lang w:val="ca-ES"/>
        </w:rPr>
        <w:br/>
      </w:r>
      <w:r w:rsidRPr="003B7925">
        <w:rPr>
          <w:b/>
          <w:i/>
          <w:iCs/>
          <w:lang w:val="ca-ES"/>
        </w:rPr>
        <w:t>(observacions: ___________________________)</w:t>
      </w:r>
    </w:p>
    <w:p w:rsidRPr="003B7925" w:rsidR="003B7925" w:rsidP="003B7925" w:rsidRDefault="003B7925" w14:paraId="311EAB7F" w14:textId="77777777">
      <w:pPr>
        <w:numPr>
          <w:ilvl w:val="0"/>
          <w:numId w:val="12"/>
        </w:numPr>
        <w:rPr>
          <w:b/>
          <w:lang w:val="ca-ES"/>
        </w:rPr>
      </w:pPr>
      <w:r w:rsidRPr="003B7925">
        <w:rPr>
          <w:b/>
          <w:bCs/>
          <w:lang w:val="ca-ES"/>
        </w:rPr>
        <w:t>Qualitat tècnica (so / llum):</w:t>
      </w:r>
      <w:r w:rsidRPr="003B7925">
        <w:rPr>
          <w:b/>
          <w:lang w:val="ca-ES"/>
        </w:rPr>
        <w:t xml:space="preserve"> Correcta / Millorable / Deficient</w:t>
      </w:r>
    </w:p>
    <w:p w:rsidRPr="003B7925" w:rsidR="003B7925" w:rsidP="003B7925" w:rsidRDefault="003B7925" w14:paraId="00A5E375" w14:textId="77777777">
      <w:pPr>
        <w:numPr>
          <w:ilvl w:val="0"/>
          <w:numId w:val="12"/>
        </w:numPr>
        <w:rPr>
          <w:b/>
          <w:lang w:val="ca-ES"/>
        </w:rPr>
      </w:pPr>
      <w:r w:rsidRPr="003B7925">
        <w:rPr>
          <w:b/>
          <w:bCs/>
          <w:lang w:val="ca-ES"/>
        </w:rPr>
        <w:t>Configuració i control:</w:t>
      </w:r>
      <w:r w:rsidRPr="003B7925">
        <w:rPr>
          <w:b/>
          <w:lang w:val="ca-ES"/>
        </w:rPr>
        <w:t xml:space="preserve"> OK / KO / Requereix ajustos</w:t>
      </w:r>
    </w:p>
    <w:p w:rsidRPr="003B7925" w:rsidR="003B7925" w:rsidP="003B7925" w:rsidRDefault="003B7925" w14:paraId="7713BB72" w14:textId="77777777">
      <w:pPr>
        <w:numPr>
          <w:ilvl w:val="0"/>
          <w:numId w:val="12"/>
        </w:numPr>
        <w:rPr>
          <w:b/>
          <w:lang w:val="ca-ES"/>
        </w:rPr>
      </w:pPr>
      <w:r w:rsidRPr="003B7925">
        <w:rPr>
          <w:b/>
          <w:bCs/>
          <w:lang w:val="ca-ES"/>
        </w:rPr>
        <w:t>Errors o incidències:</w:t>
      </w:r>
      <w:r w:rsidRPr="003B7925">
        <w:rPr>
          <w:b/>
          <w:lang w:val="ca-ES"/>
        </w:rPr>
        <w:t xml:space="preserve"> Cap / Sí (descriure: ______________________)</w:t>
      </w:r>
    </w:p>
    <w:p w:rsidRPr="003B7925" w:rsidR="003B7925" w:rsidP="003B7925" w:rsidRDefault="003B7925" w14:paraId="4B0AEA3E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4D4B7F26">
          <v:rect id="_x0000_i1251" style="width:0;height:1.5pt" o:hr="t" o:hrstd="t" o:hralign="center" fillcolor="#a0a0a0" stroked="f"/>
        </w:pict>
      </w:r>
    </w:p>
    <w:p w:rsidRPr="003B7925" w:rsidR="003B7925" w:rsidP="003B7925" w:rsidRDefault="003B7925" w14:paraId="7CC92C34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4) Compatibilitat i estat tecnològic</w:t>
      </w:r>
    </w:p>
    <w:p w:rsidRPr="003B7925" w:rsidR="003B7925" w:rsidP="003B7925" w:rsidRDefault="003B7925" w14:paraId="4CB1C55E" w14:textId="77777777">
      <w:pPr>
        <w:numPr>
          <w:ilvl w:val="0"/>
          <w:numId w:val="13"/>
        </w:numPr>
        <w:rPr>
          <w:b/>
          <w:lang w:val="ca-ES"/>
        </w:rPr>
      </w:pPr>
      <w:r w:rsidRPr="003B7925">
        <w:rPr>
          <w:b/>
          <w:bCs/>
          <w:lang w:val="ca-ES"/>
        </w:rPr>
        <w:t>Compatibilitat amb altres equips:</w:t>
      </w:r>
      <w:r w:rsidRPr="003B7925">
        <w:rPr>
          <w:b/>
          <w:lang w:val="ca-ES"/>
        </w:rPr>
        <w:t xml:space="preserve"> Total / Parcial / No compatible</w:t>
      </w:r>
      <w:r w:rsidRPr="003B7925">
        <w:rPr>
          <w:b/>
          <w:lang w:val="ca-ES"/>
        </w:rPr>
        <w:br/>
      </w:r>
      <w:r w:rsidRPr="003B7925">
        <w:rPr>
          <w:b/>
          <w:i/>
          <w:iCs/>
          <w:lang w:val="ca-ES"/>
        </w:rPr>
        <w:t>(descriure: ___________________________)</w:t>
      </w:r>
    </w:p>
    <w:p w:rsidRPr="003B7925" w:rsidR="003B7925" w:rsidP="003B7925" w:rsidRDefault="003B7925" w14:paraId="5AED985D" w14:textId="77777777">
      <w:pPr>
        <w:numPr>
          <w:ilvl w:val="0"/>
          <w:numId w:val="13"/>
        </w:numPr>
        <w:rPr>
          <w:b/>
          <w:lang w:val="ca-ES"/>
        </w:rPr>
      </w:pPr>
      <w:r w:rsidRPr="003B7925">
        <w:rPr>
          <w:b/>
          <w:bCs/>
          <w:lang w:val="ca-ES"/>
        </w:rPr>
        <w:t>Integració amb sistemes existents:</w:t>
      </w:r>
      <w:r w:rsidRPr="003B7925">
        <w:rPr>
          <w:b/>
          <w:lang w:val="ca-ES"/>
        </w:rPr>
        <w:t xml:space="preserve"> Adequada / Limitada / Problemàtica</w:t>
      </w:r>
    </w:p>
    <w:p w:rsidRPr="003B7925" w:rsidR="003B7925" w:rsidP="003B7925" w:rsidRDefault="003B7925" w14:paraId="67FB133B" w14:textId="77777777">
      <w:pPr>
        <w:numPr>
          <w:ilvl w:val="0"/>
          <w:numId w:val="13"/>
        </w:numPr>
        <w:rPr>
          <w:b/>
          <w:lang w:val="ca-ES"/>
        </w:rPr>
      </w:pPr>
      <w:r w:rsidRPr="003B7925">
        <w:rPr>
          <w:b/>
          <w:bCs/>
          <w:lang w:val="ca-ES"/>
        </w:rPr>
        <w:t>Estat tecnològic:</w:t>
      </w:r>
      <w:r w:rsidRPr="003B7925">
        <w:rPr>
          <w:b/>
          <w:lang w:val="ca-ES"/>
        </w:rPr>
        <w:t xml:space="preserve"> Actual / En envelliment / Obsolet</w:t>
      </w:r>
    </w:p>
    <w:p w:rsidRPr="003B7925" w:rsidR="003B7925" w:rsidP="003B7925" w:rsidRDefault="003B7925" w14:paraId="261DAA68" w14:textId="77777777">
      <w:pPr>
        <w:numPr>
          <w:ilvl w:val="0"/>
          <w:numId w:val="13"/>
        </w:numPr>
        <w:rPr>
          <w:b/>
          <w:lang w:val="ca-ES"/>
        </w:rPr>
      </w:pPr>
      <w:r w:rsidRPr="003B7925">
        <w:rPr>
          <w:b/>
          <w:bCs/>
          <w:lang w:val="ca-ES"/>
        </w:rPr>
        <w:t>Disponibilitat de recanvis:</w:t>
      </w:r>
      <w:r w:rsidRPr="003B7925">
        <w:rPr>
          <w:b/>
          <w:lang w:val="ca-ES"/>
        </w:rPr>
        <w:t xml:space="preserve"> Alta / Mitjana / Baixa</w:t>
      </w:r>
    </w:p>
    <w:p w:rsidRPr="003B7925" w:rsidR="003B7925" w:rsidP="003B7925" w:rsidRDefault="003B7925" w14:paraId="5B1F27CE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6459A8A6">
          <v:rect id="_x0000_i1250" style="width:0;height:1.5pt" o:hr="t" o:hrstd="t" o:hralign="center" fillcolor="#a0a0a0" stroked="f"/>
        </w:pict>
      </w:r>
    </w:p>
    <w:p w:rsidRPr="003B7925" w:rsidR="003B7925" w:rsidP="003B7925" w:rsidRDefault="003B7925" w14:paraId="5546E360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5) Manteniment i ús</w:t>
      </w:r>
    </w:p>
    <w:p w:rsidRPr="003B7925" w:rsidR="003B7925" w:rsidP="003B7925" w:rsidRDefault="003B7925" w14:paraId="1B8DB60A" w14:textId="77777777">
      <w:pPr>
        <w:numPr>
          <w:ilvl w:val="0"/>
          <w:numId w:val="14"/>
        </w:numPr>
        <w:rPr>
          <w:b/>
          <w:lang w:val="ca-ES"/>
        </w:rPr>
      </w:pPr>
      <w:r w:rsidRPr="003B7925">
        <w:rPr>
          <w:b/>
          <w:bCs/>
          <w:lang w:val="ca-ES"/>
        </w:rPr>
        <w:t>Nivell d’ús:</w:t>
      </w:r>
      <w:r w:rsidRPr="003B7925">
        <w:rPr>
          <w:b/>
          <w:lang w:val="ca-ES"/>
        </w:rPr>
        <w:t xml:space="preserve"> Alt / Mitjà / Baix</w:t>
      </w:r>
    </w:p>
    <w:p w:rsidRPr="003B7925" w:rsidR="003B7925" w:rsidP="003B7925" w:rsidRDefault="003B7925" w14:paraId="268D6125" w14:textId="77777777">
      <w:pPr>
        <w:numPr>
          <w:ilvl w:val="0"/>
          <w:numId w:val="14"/>
        </w:numPr>
        <w:rPr>
          <w:b/>
          <w:lang w:val="ca-ES"/>
        </w:rPr>
      </w:pPr>
      <w:r w:rsidRPr="003B7925">
        <w:rPr>
          <w:b/>
          <w:bCs/>
          <w:lang w:val="ca-ES"/>
        </w:rPr>
        <w:t>Últim manteniment:</w:t>
      </w:r>
      <w:r w:rsidRPr="003B7925">
        <w:rPr>
          <w:b/>
          <w:lang w:val="ca-ES"/>
        </w:rPr>
        <w:t xml:space="preserve"> __ / __ / ____</w:t>
      </w:r>
    </w:p>
    <w:p w:rsidRPr="003B7925" w:rsidR="003B7925" w:rsidP="003B7925" w:rsidRDefault="003B7925" w14:paraId="18D4952C" w14:textId="77777777">
      <w:pPr>
        <w:numPr>
          <w:ilvl w:val="0"/>
          <w:numId w:val="14"/>
        </w:numPr>
        <w:rPr>
          <w:b/>
          <w:lang w:val="ca-ES"/>
        </w:rPr>
      </w:pPr>
      <w:r w:rsidRPr="003B7925">
        <w:rPr>
          <w:b/>
          <w:bCs/>
          <w:lang w:val="ca-ES"/>
        </w:rPr>
        <w:t>Programa de manteniment existent:</w:t>
      </w:r>
      <w:r w:rsidRPr="003B7925">
        <w:rPr>
          <w:b/>
          <w:lang w:val="ca-ES"/>
        </w:rPr>
        <w:t xml:space="preserve"> Sí / No</w:t>
      </w:r>
    </w:p>
    <w:p w:rsidRPr="003B7925" w:rsidR="003B7925" w:rsidP="003B7925" w:rsidRDefault="003B7925" w14:paraId="2E6B6C76" w14:textId="77777777">
      <w:pPr>
        <w:numPr>
          <w:ilvl w:val="0"/>
          <w:numId w:val="14"/>
        </w:numPr>
        <w:rPr>
          <w:b/>
          <w:lang w:val="ca-ES"/>
        </w:rPr>
      </w:pPr>
      <w:r w:rsidRPr="003B7925">
        <w:rPr>
          <w:b/>
          <w:bCs/>
          <w:lang w:val="ca-ES"/>
        </w:rPr>
        <w:t>Estat general de conservació:</w:t>
      </w:r>
      <w:r w:rsidRPr="003B7925">
        <w:rPr>
          <w:b/>
          <w:lang w:val="ca-ES"/>
        </w:rPr>
        <w:t xml:space="preserve"> Bo / Regular / Deficient</w:t>
      </w:r>
    </w:p>
    <w:p w:rsidRPr="003B7925" w:rsidR="003B7925" w:rsidP="003B7925" w:rsidRDefault="003B7925" w14:paraId="6A2CBC89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5EA7CBF5">
          <v:rect id="_x0000_i1249" style="width:0;height:1.5pt" o:hr="t" o:hrstd="t" o:hralign="center" fillcolor="#a0a0a0" stroked="f"/>
        </w:pict>
      </w:r>
    </w:p>
    <w:p w:rsidRPr="003B7925" w:rsidR="003B7925" w:rsidP="003B7925" w:rsidRDefault="003B7925" w14:paraId="5149D386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6) Incidències detectades</w:t>
      </w:r>
    </w:p>
    <w:p w:rsidRPr="003B7925" w:rsidR="003B7925" w:rsidP="003B7925" w:rsidRDefault="003B7925" w14:paraId="184489E8" w14:textId="77777777">
      <w:pPr>
        <w:numPr>
          <w:ilvl w:val="0"/>
          <w:numId w:val="15"/>
        </w:numPr>
        <w:rPr>
          <w:b/>
          <w:lang w:val="ca-ES"/>
        </w:rPr>
      </w:pPr>
      <w:r w:rsidRPr="003B7925">
        <w:rPr>
          <w:b/>
          <w:bCs/>
          <w:lang w:val="ca-ES"/>
        </w:rPr>
        <w:t>Llista d’incidències:</w:t>
      </w:r>
    </w:p>
    <w:p w:rsidRPr="003B7925" w:rsidR="003B7925" w:rsidP="003B7925" w:rsidRDefault="003B7925" w14:paraId="186B5509" w14:textId="77777777">
      <w:pPr>
        <w:numPr>
          <w:ilvl w:val="1"/>
          <w:numId w:val="15"/>
        </w:numPr>
        <w:rPr>
          <w:b/>
          <w:lang w:val="ca-ES"/>
        </w:rPr>
      </w:pPr>
      <w:r w:rsidRPr="003B7925">
        <w:rPr>
          <w:b/>
          <w:lang w:val="ca-ES"/>
        </w:rPr>
        <w:pict w14:anchorId="6648662B">
          <v:rect id="_x0000_i1242" style="width:0;height:1.5pt" o:hr="t" o:hrstd="t" o:hralign="center" fillcolor="#a0a0a0" stroked="f"/>
        </w:pict>
      </w:r>
    </w:p>
    <w:p w:rsidRPr="003B7925" w:rsidR="003B7925" w:rsidP="003B7925" w:rsidRDefault="003B7925" w14:paraId="68AA063F" w14:textId="77777777">
      <w:pPr>
        <w:numPr>
          <w:ilvl w:val="1"/>
          <w:numId w:val="15"/>
        </w:numPr>
        <w:rPr>
          <w:b/>
          <w:lang w:val="ca-ES"/>
        </w:rPr>
      </w:pPr>
      <w:r w:rsidRPr="003B7925">
        <w:rPr>
          <w:b/>
          <w:lang w:val="ca-ES"/>
        </w:rPr>
        <w:pict w14:anchorId="02847C9B">
          <v:rect id="_x0000_i1243" style="width:0;height:1.5pt" o:hr="t" o:hrstd="t" o:hralign="center" fillcolor="#a0a0a0" stroked="f"/>
        </w:pict>
      </w:r>
    </w:p>
    <w:p w:rsidRPr="003B7925" w:rsidR="003B7925" w:rsidP="003B7925" w:rsidRDefault="003B7925" w14:paraId="5DBE7FC4" w14:textId="77777777">
      <w:pPr>
        <w:numPr>
          <w:ilvl w:val="1"/>
          <w:numId w:val="15"/>
        </w:numPr>
        <w:rPr>
          <w:b/>
          <w:lang w:val="ca-ES"/>
        </w:rPr>
      </w:pPr>
      <w:r w:rsidRPr="003B7925">
        <w:rPr>
          <w:b/>
          <w:lang w:val="ca-ES"/>
        </w:rPr>
        <w:pict w14:anchorId="2FACF8E3">
          <v:rect id="_x0000_i1244" style="width:0;height:1.5pt" o:hr="t" o:hrstd="t" o:hralign="center" fillcolor="#a0a0a0" stroked="f"/>
        </w:pict>
      </w:r>
    </w:p>
    <w:p w:rsidRPr="003B7925" w:rsidR="003B7925" w:rsidP="003B7925" w:rsidRDefault="003B7925" w14:paraId="70387D15" w14:textId="77777777">
      <w:pPr>
        <w:numPr>
          <w:ilvl w:val="0"/>
          <w:numId w:val="15"/>
        </w:numPr>
        <w:rPr>
          <w:b/>
          <w:lang w:val="ca-ES"/>
        </w:rPr>
      </w:pPr>
      <w:r w:rsidRPr="003B7925">
        <w:rPr>
          <w:b/>
          <w:bCs/>
          <w:lang w:val="ca-ES"/>
        </w:rPr>
        <w:t>Riscos associats:</w:t>
      </w:r>
      <w:r w:rsidRPr="003B7925">
        <w:rPr>
          <w:b/>
          <w:lang w:val="ca-ES"/>
        </w:rPr>
        <w:t xml:space="preserve"> Seguretat / Qualitat tècnica / Continuïtat servei</w:t>
      </w:r>
    </w:p>
    <w:p w:rsidRPr="003B7925" w:rsidR="003B7925" w:rsidP="003B7925" w:rsidRDefault="003B7925" w14:paraId="42238AA3" w14:textId="77777777">
      <w:pPr>
        <w:numPr>
          <w:ilvl w:val="0"/>
          <w:numId w:val="15"/>
        </w:numPr>
        <w:rPr>
          <w:b/>
          <w:lang w:val="ca-ES"/>
        </w:rPr>
      </w:pPr>
      <w:r w:rsidRPr="003B7925">
        <w:rPr>
          <w:b/>
          <w:bCs/>
          <w:lang w:val="ca-ES"/>
        </w:rPr>
        <w:t>Impacte:</w:t>
      </w:r>
      <w:r w:rsidRPr="003B7925">
        <w:rPr>
          <w:b/>
          <w:lang w:val="ca-ES"/>
        </w:rPr>
        <w:t xml:space="preserve"> Baix / Mitjà / Alt</w:t>
      </w:r>
    </w:p>
    <w:p w:rsidRPr="003B7925" w:rsidR="003B7925" w:rsidP="003B7925" w:rsidRDefault="003B7925" w14:paraId="688A5A5E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19D4E740">
          <v:rect id="_x0000_i1248" style="width:0;height:1.5pt" o:hr="t" o:hrstd="t" o:hralign="center" fillcolor="#a0a0a0" stroked="f"/>
        </w:pict>
      </w:r>
    </w:p>
    <w:p w:rsidRPr="003B7925" w:rsidR="003B7925" w:rsidP="003B7925" w:rsidRDefault="003B7925" w14:paraId="1EB9A91C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7) Accions proposades i estimació</w:t>
      </w:r>
    </w:p>
    <w:p w:rsidRPr="003B7925" w:rsidR="003B7925" w:rsidP="003B7925" w:rsidRDefault="003B7925" w14:paraId="53994C4C" w14:textId="77777777">
      <w:pPr>
        <w:numPr>
          <w:ilvl w:val="0"/>
          <w:numId w:val="16"/>
        </w:numPr>
        <w:rPr>
          <w:b/>
          <w:lang w:val="ca-ES"/>
        </w:rPr>
      </w:pPr>
      <w:r w:rsidRPr="003B7925">
        <w:rPr>
          <w:b/>
          <w:bCs/>
          <w:lang w:val="ca-ES"/>
        </w:rPr>
        <w:t>Acció 1:</w:t>
      </w:r>
      <w:r w:rsidRPr="003B7925">
        <w:rPr>
          <w:b/>
          <w:lang w:val="ca-ES"/>
        </w:rPr>
        <w:t xml:space="preserve"> Renovació / Reparació / Millora</w:t>
      </w:r>
    </w:p>
    <w:p w:rsidRPr="003B7925" w:rsidR="003B7925" w:rsidP="003B7925" w:rsidRDefault="003B7925" w14:paraId="3B10D122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Descripció: ________________________________</w:t>
      </w:r>
    </w:p>
    <w:p w:rsidRPr="003B7925" w:rsidR="003B7925" w:rsidP="003B7925" w:rsidRDefault="003B7925" w14:paraId="0F33D0CF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Cost estimat: ______ €</w:t>
      </w:r>
    </w:p>
    <w:p w:rsidRPr="003B7925" w:rsidR="003B7925" w:rsidP="003B7925" w:rsidRDefault="003B7925" w14:paraId="51DE454D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Prioritat: Alta / Mitjana / Baixa</w:t>
      </w:r>
    </w:p>
    <w:p w:rsidRPr="003B7925" w:rsidR="003B7925" w:rsidP="003B7925" w:rsidRDefault="003B7925" w14:paraId="57158C57" w14:textId="77777777">
      <w:pPr>
        <w:numPr>
          <w:ilvl w:val="0"/>
          <w:numId w:val="16"/>
        </w:numPr>
        <w:rPr>
          <w:b/>
          <w:lang w:val="ca-ES"/>
        </w:rPr>
      </w:pPr>
      <w:r w:rsidRPr="003B7925">
        <w:rPr>
          <w:b/>
          <w:bCs/>
          <w:lang w:val="ca-ES"/>
        </w:rPr>
        <w:t>Acció 2:</w:t>
      </w:r>
      <w:r w:rsidRPr="003B7925">
        <w:rPr>
          <w:b/>
          <w:lang w:val="ca-ES"/>
        </w:rPr>
        <w:t xml:space="preserve"> Renovació / Reparació / Millora</w:t>
      </w:r>
    </w:p>
    <w:p w:rsidRPr="003B7925" w:rsidR="003B7925" w:rsidP="003B7925" w:rsidRDefault="003B7925" w14:paraId="70B5B8A0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Descripció: ________________________________</w:t>
      </w:r>
    </w:p>
    <w:p w:rsidRPr="003B7925" w:rsidR="003B7925" w:rsidP="003B7925" w:rsidRDefault="003B7925" w14:paraId="0678B5DC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Cost estimat: ______ €</w:t>
      </w:r>
    </w:p>
    <w:p w:rsidRPr="003B7925" w:rsidR="003B7925" w:rsidP="003B7925" w:rsidRDefault="003B7925" w14:paraId="5FE56368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Prioritat: Alta / Mitjana / Baixa</w:t>
      </w:r>
    </w:p>
    <w:p w:rsidRPr="003B7925" w:rsidR="003B7925" w:rsidP="003B7925" w:rsidRDefault="003B7925" w14:paraId="7E23663E" w14:textId="77777777">
      <w:pPr>
        <w:numPr>
          <w:ilvl w:val="0"/>
          <w:numId w:val="16"/>
        </w:numPr>
        <w:rPr>
          <w:b/>
          <w:lang w:val="ca-ES"/>
        </w:rPr>
      </w:pPr>
      <w:r w:rsidRPr="003B7925">
        <w:rPr>
          <w:b/>
          <w:bCs/>
          <w:lang w:val="ca-ES"/>
        </w:rPr>
        <w:t>Acció 3:</w:t>
      </w:r>
      <w:r w:rsidRPr="003B7925">
        <w:rPr>
          <w:b/>
          <w:lang w:val="ca-ES"/>
        </w:rPr>
        <w:t xml:space="preserve"> Renovació / Reparació / Millora</w:t>
      </w:r>
    </w:p>
    <w:p w:rsidRPr="003B7925" w:rsidR="003B7925" w:rsidP="003B7925" w:rsidRDefault="003B7925" w14:paraId="2F165415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Descripció: ________________________________</w:t>
      </w:r>
    </w:p>
    <w:p w:rsidRPr="003B7925" w:rsidR="003B7925" w:rsidP="003B7925" w:rsidRDefault="003B7925" w14:paraId="06A47157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Cost estimat: ______ €</w:t>
      </w:r>
    </w:p>
    <w:p w:rsidRPr="003B7925" w:rsidR="003B7925" w:rsidP="003B7925" w:rsidRDefault="003B7925" w14:paraId="6D9CC38F" w14:textId="77777777">
      <w:pPr>
        <w:numPr>
          <w:ilvl w:val="1"/>
          <w:numId w:val="16"/>
        </w:numPr>
        <w:rPr>
          <w:b/>
          <w:lang w:val="ca-ES"/>
        </w:rPr>
      </w:pPr>
      <w:r w:rsidRPr="003B7925">
        <w:rPr>
          <w:b/>
          <w:lang w:val="ca-ES"/>
        </w:rPr>
        <w:t>Prioritat: Alta / Mitjana / Baixa</w:t>
      </w:r>
    </w:p>
    <w:p w:rsidRPr="003B7925" w:rsidR="003B7925" w:rsidP="003B7925" w:rsidRDefault="003B7925" w14:paraId="3207448E" w14:textId="77777777">
      <w:pPr>
        <w:numPr>
          <w:ilvl w:val="0"/>
          <w:numId w:val="16"/>
        </w:numPr>
        <w:rPr>
          <w:b/>
          <w:lang w:val="ca-ES"/>
        </w:rPr>
      </w:pPr>
      <w:r w:rsidRPr="003B7925">
        <w:rPr>
          <w:b/>
          <w:bCs/>
          <w:lang w:val="ca-ES"/>
        </w:rPr>
        <w:t>Dependències / afectacions:</w:t>
      </w:r>
      <w:r w:rsidRPr="003B7925">
        <w:rPr>
          <w:b/>
          <w:lang w:val="ca-ES"/>
        </w:rPr>
        <w:br/>
      </w:r>
      <w:r w:rsidRPr="003B7925">
        <w:rPr>
          <w:b/>
          <w:lang w:val="ca-ES"/>
        </w:rPr>
        <w:t>Altres equips / espais / activitats afectades: ________________________</w:t>
      </w:r>
    </w:p>
    <w:p w:rsidRPr="003B7925" w:rsidR="003B7925" w:rsidP="003B7925" w:rsidRDefault="003B7925" w14:paraId="5BDDBBF3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17B83102">
          <v:rect id="_x0000_i1245" style="width:0;height:1.5pt" o:hr="t" o:hrstd="t" o:hralign="center" fillcolor="#a0a0a0" stroked="f"/>
        </w:pict>
      </w:r>
    </w:p>
    <w:p w:rsidRPr="003B7925" w:rsidR="003B7925" w:rsidP="003B7925" w:rsidRDefault="003B7925" w14:paraId="6480343D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8) Classificació de l’estat</w:t>
      </w:r>
    </w:p>
    <w:p w:rsidRPr="003B7925" w:rsidR="003B7925" w:rsidP="003B7925" w:rsidRDefault="003B7925" w14:paraId="2560F5A2" w14:textId="77777777">
      <w:pPr>
        <w:numPr>
          <w:ilvl w:val="0"/>
          <w:numId w:val="17"/>
        </w:numPr>
        <w:rPr>
          <w:b/>
          <w:lang w:val="ca-ES"/>
        </w:rPr>
      </w:pPr>
      <w:r w:rsidRPr="003B7925">
        <w:rPr>
          <w:b/>
          <w:bCs/>
          <w:lang w:val="ca-ES"/>
        </w:rPr>
        <w:t>Resultat:</w:t>
      </w:r>
      <w:r w:rsidRPr="003B7925">
        <w:rPr>
          <w:b/>
          <w:lang w:val="ca-ES"/>
        </w:rPr>
        <w:br/>
      </w:r>
      <w:r w:rsidRPr="003B7925">
        <w:rPr>
          <w:b/>
          <w:lang w:val="ca-ES"/>
        </w:rPr>
        <w:t>Verd (Operatiu) /</w:t>
      </w:r>
      <w:r w:rsidRPr="003B7925">
        <w:rPr>
          <w:b/>
          <w:lang w:val="ca-ES"/>
        </w:rPr>
        <w:br/>
      </w:r>
      <w:r w:rsidRPr="003B7925">
        <w:rPr>
          <w:b/>
          <w:lang w:val="ca-ES"/>
        </w:rPr>
        <w:t>Ambre (Operatiu amb limitacions) /</w:t>
      </w:r>
      <w:r w:rsidRPr="003B7925">
        <w:rPr>
          <w:b/>
          <w:lang w:val="ca-ES"/>
        </w:rPr>
        <w:br/>
      </w:r>
      <w:r w:rsidRPr="003B7925">
        <w:rPr>
          <w:b/>
          <w:lang w:val="ca-ES"/>
        </w:rPr>
        <w:t>Vermell (No operatiu)</w:t>
      </w:r>
    </w:p>
    <w:p w:rsidRPr="003B7925" w:rsidR="003B7925" w:rsidP="003B7925" w:rsidRDefault="003B7925" w14:paraId="13BC09CB" w14:textId="77777777">
      <w:pPr>
        <w:numPr>
          <w:ilvl w:val="0"/>
          <w:numId w:val="17"/>
        </w:numPr>
        <w:rPr>
          <w:b/>
          <w:lang w:val="ca-ES"/>
        </w:rPr>
      </w:pPr>
      <w:r w:rsidRPr="003B7925">
        <w:rPr>
          <w:b/>
          <w:bCs/>
          <w:lang w:val="ca-ES"/>
        </w:rPr>
        <w:t>Decisió:</w:t>
      </w:r>
      <w:r w:rsidRPr="003B7925">
        <w:rPr>
          <w:b/>
          <w:lang w:val="ca-ES"/>
        </w:rPr>
        <w:br/>
      </w:r>
      <w:r w:rsidRPr="003B7925">
        <w:rPr>
          <w:b/>
          <w:lang w:val="ca-ES"/>
        </w:rPr>
        <w:t>Mantenir / Reparar / Actualitzar / Substituir / Retirar</w:t>
      </w:r>
    </w:p>
    <w:p w:rsidRPr="003B7925" w:rsidR="003B7925" w:rsidP="003B7925" w:rsidRDefault="003B7925" w14:paraId="2FD05E3B" w14:textId="77777777">
      <w:pPr>
        <w:numPr>
          <w:ilvl w:val="0"/>
          <w:numId w:val="17"/>
        </w:numPr>
        <w:rPr>
          <w:b/>
          <w:lang w:val="ca-ES"/>
        </w:rPr>
      </w:pPr>
      <w:r w:rsidRPr="003B7925">
        <w:rPr>
          <w:b/>
          <w:bCs/>
          <w:lang w:val="ca-ES"/>
        </w:rPr>
        <w:t>Prioritat:</w:t>
      </w:r>
      <w:r w:rsidRPr="003B7925">
        <w:rPr>
          <w:b/>
          <w:lang w:val="ca-ES"/>
        </w:rPr>
        <w:t xml:space="preserve"> Alta / Mitjana / Baixa</w:t>
      </w:r>
    </w:p>
    <w:p w:rsidRPr="003B7925" w:rsidR="003B7925" w:rsidP="003B7925" w:rsidRDefault="003B7925" w14:paraId="67BBBAB9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103CDA65">
          <v:rect id="_x0000_i1246" style="width:0;height:1.5pt" o:hr="t" o:hrstd="t" o:hralign="center" fillcolor="#a0a0a0" stroked="f"/>
        </w:pict>
      </w:r>
    </w:p>
    <w:p w:rsidRPr="003B7925" w:rsidR="003B7925" w:rsidP="003B7925" w:rsidRDefault="003B7925" w14:paraId="27F73B60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9) Documentació i evidències</w:t>
      </w:r>
    </w:p>
    <w:p w:rsidRPr="003B7925" w:rsidR="003B7925" w:rsidP="003B7925" w:rsidRDefault="003B7925" w14:paraId="52ADA87E" w14:textId="77777777">
      <w:pPr>
        <w:numPr>
          <w:ilvl w:val="0"/>
          <w:numId w:val="18"/>
        </w:numPr>
        <w:rPr>
          <w:b/>
          <w:lang w:val="ca-ES"/>
        </w:rPr>
      </w:pPr>
      <w:r w:rsidRPr="003B7925">
        <w:rPr>
          <w:b/>
          <w:bCs/>
          <w:lang w:val="ca-ES"/>
        </w:rPr>
        <w:t>Documentació disponible:</w:t>
      </w:r>
      <w:r w:rsidRPr="003B7925">
        <w:rPr>
          <w:b/>
          <w:lang w:val="ca-ES"/>
        </w:rPr>
        <w:t xml:space="preserve"> Sí / No</w:t>
      </w:r>
      <w:r w:rsidRPr="003B7925">
        <w:rPr>
          <w:b/>
          <w:lang w:val="ca-ES"/>
        </w:rPr>
        <w:br/>
      </w:r>
      <w:r w:rsidRPr="003B7925">
        <w:rPr>
          <w:b/>
          <w:i/>
          <w:iCs/>
          <w:lang w:val="ca-ES"/>
        </w:rPr>
        <w:t>(manuals, esquemes, certificats: ____________________)</w:t>
      </w:r>
    </w:p>
    <w:p w:rsidRPr="003B7925" w:rsidR="003B7925" w:rsidP="003B7925" w:rsidRDefault="003B7925" w14:paraId="6B25C2B6" w14:textId="77777777">
      <w:pPr>
        <w:numPr>
          <w:ilvl w:val="0"/>
          <w:numId w:val="18"/>
        </w:numPr>
        <w:rPr>
          <w:b/>
          <w:lang w:val="ca-ES"/>
        </w:rPr>
      </w:pPr>
      <w:r w:rsidRPr="003B7925">
        <w:rPr>
          <w:b/>
          <w:bCs/>
          <w:lang w:val="ca-ES"/>
        </w:rPr>
        <w:t>Fotos adjuntes:</w:t>
      </w:r>
      <w:r w:rsidRPr="003B7925">
        <w:rPr>
          <w:b/>
          <w:lang w:val="ca-ES"/>
        </w:rPr>
        <w:t xml:space="preserve"> Sí / No</w:t>
      </w:r>
    </w:p>
    <w:p w:rsidRPr="003B7925" w:rsidR="003B7925" w:rsidP="003B7925" w:rsidRDefault="003B7925" w14:paraId="22ABB143" w14:textId="77777777">
      <w:pPr>
        <w:numPr>
          <w:ilvl w:val="0"/>
          <w:numId w:val="18"/>
        </w:numPr>
        <w:rPr>
          <w:b/>
          <w:lang w:val="ca-ES"/>
        </w:rPr>
      </w:pPr>
      <w:r w:rsidRPr="003B7925">
        <w:rPr>
          <w:b/>
          <w:bCs/>
          <w:lang w:val="ca-ES"/>
        </w:rPr>
        <w:t>Inventari actualitzat:</w:t>
      </w:r>
      <w:r w:rsidRPr="003B7925">
        <w:rPr>
          <w:b/>
          <w:lang w:val="ca-ES"/>
        </w:rPr>
        <w:t xml:space="preserve"> Sí / No</w:t>
      </w:r>
    </w:p>
    <w:p w:rsidRPr="003B7925" w:rsidR="003B7925" w:rsidP="003B7925" w:rsidRDefault="003B7925" w14:paraId="2FBC159B" w14:textId="77777777">
      <w:pPr>
        <w:rPr>
          <w:b/>
          <w:lang w:val="ca-ES"/>
        </w:rPr>
      </w:pPr>
      <w:r w:rsidRPr="003B7925">
        <w:rPr>
          <w:b/>
          <w:lang w:val="ca-ES"/>
        </w:rPr>
        <w:pict w14:anchorId="0992FECE">
          <v:rect id="_x0000_i1247" style="width:0;height:1.5pt" o:hr="t" o:hrstd="t" o:hralign="center" fillcolor="#a0a0a0" stroked="f"/>
        </w:pict>
      </w:r>
    </w:p>
    <w:p w:rsidRPr="003B7925" w:rsidR="003B7925" w:rsidP="003B7925" w:rsidRDefault="003B7925" w14:paraId="5D95B2F9" w14:textId="77777777">
      <w:pPr>
        <w:rPr>
          <w:b/>
          <w:bCs/>
          <w:lang w:val="ca-ES"/>
        </w:rPr>
      </w:pPr>
      <w:r w:rsidRPr="003B7925">
        <w:rPr>
          <w:b/>
          <w:bCs/>
          <w:lang w:val="ca-ES"/>
        </w:rPr>
        <w:t>10) Signatures i validació</w:t>
      </w:r>
    </w:p>
    <w:p w:rsidRPr="003B7925" w:rsidR="003B7925" w:rsidP="003B7925" w:rsidRDefault="003B7925" w14:paraId="52FFE83A" w14:textId="77777777">
      <w:pPr>
        <w:numPr>
          <w:ilvl w:val="0"/>
          <w:numId w:val="19"/>
        </w:numPr>
        <w:rPr>
          <w:b/>
          <w:lang w:val="ca-ES"/>
        </w:rPr>
      </w:pPr>
      <w:r w:rsidRPr="003B7925">
        <w:rPr>
          <w:b/>
          <w:bCs/>
          <w:lang w:val="ca-ES"/>
        </w:rPr>
        <w:t>Auditor/a:</w:t>
      </w:r>
      <w:r w:rsidRPr="003B7925">
        <w:rPr>
          <w:b/>
          <w:lang w:val="ca-ES"/>
        </w:rPr>
        <w:t xml:space="preserve"> ____________________________________ Data: </w:t>
      </w:r>
      <w:r w:rsidRPr="003B7925">
        <w:rPr>
          <w:b/>
          <w:bCs/>
          <w:lang w:val="ca-ES"/>
        </w:rPr>
        <w:t>/</w:t>
      </w:r>
      <w:r w:rsidRPr="003B7925">
        <w:rPr>
          <w:b/>
          <w:lang w:val="ca-ES"/>
        </w:rPr>
        <w:t>/____</w:t>
      </w:r>
    </w:p>
    <w:p w:rsidRPr="003B7925" w:rsidR="003B7925" w:rsidP="003B7925" w:rsidRDefault="003B7925" w14:paraId="3E7CD6E2" w14:textId="77777777">
      <w:pPr>
        <w:numPr>
          <w:ilvl w:val="0"/>
          <w:numId w:val="19"/>
        </w:numPr>
        <w:rPr>
          <w:b/>
          <w:lang w:val="ca-ES"/>
        </w:rPr>
      </w:pPr>
      <w:r w:rsidRPr="003B7925">
        <w:rPr>
          <w:b/>
          <w:bCs/>
          <w:lang w:val="ca-ES"/>
        </w:rPr>
        <w:t>Responsable tècnic equipament:</w:t>
      </w:r>
      <w:r w:rsidRPr="003B7925">
        <w:rPr>
          <w:b/>
          <w:lang w:val="ca-ES"/>
        </w:rPr>
        <w:t xml:space="preserve"> ____________________ Data: </w:t>
      </w:r>
      <w:r w:rsidRPr="003B7925">
        <w:rPr>
          <w:b/>
          <w:bCs/>
          <w:lang w:val="ca-ES"/>
        </w:rPr>
        <w:t>/</w:t>
      </w:r>
      <w:r w:rsidRPr="003B7925">
        <w:rPr>
          <w:b/>
          <w:lang w:val="ca-ES"/>
        </w:rPr>
        <w:t>/____</w:t>
      </w:r>
    </w:p>
    <w:p w:rsidRPr="003B7925" w:rsidR="003B7925" w:rsidP="003B7925" w:rsidRDefault="003B7925" w14:paraId="564C5F76" w14:textId="77777777">
      <w:pPr>
        <w:numPr>
          <w:ilvl w:val="0"/>
          <w:numId w:val="19"/>
        </w:numPr>
        <w:rPr>
          <w:b/>
          <w:lang w:val="ca-ES"/>
        </w:rPr>
      </w:pPr>
      <w:r w:rsidRPr="003B7925">
        <w:rPr>
          <w:b/>
          <w:bCs/>
          <w:lang w:val="ca-ES"/>
        </w:rPr>
        <w:t>Observacions finals:</w:t>
      </w:r>
    </w:p>
    <w:p w:rsidRPr="000031EA" w:rsidR="009F40E0" w:rsidP="003B7925" w:rsidRDefault="009F40E0" w14:paraId="424B30EC" w14:textId="25F526A0">
      <w:pPr>
        <w:rPr>
          <w:lang w:val="es-ES"/>
        </w:rPr>
      </w:pPr>
    </w:p>
    <w:sectPr w:rsidRPr="000031EA" w:rsidR="009F40E0" w:rsidSect="00034616">
      <w:headerReference w:type="default" r:id="rId8"/>
      <w:footerReference w:type="default" r:id="rId9"/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31EA" w:rsidP="000031EA" w:rsidRDefault="000031EA" w14:paraId="1727E883" w14:textId="77777777">
      <w:pPr>
        <w:spacing w:after="0" w:line="240" w:lineRule="auto"/>
      </w:pPr>
      <w:r>
        <w:separator/>
      </w:r>
    </w:p>
  </w:endnote>
  <w:endnote w:type="continuationSeparator" w:id="0">
    <w:p w:rsidR="000031EA" w:rsidP="000031EA" w:rsidRDefault="000031EA" w14:paraId="03C334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9874884"/>
      <w:docPartObj>
        <w:docPartGallery w:val="Page Numbers (Bottom of Page)"/>
        <w:docPartUnique/>
      </w:docPartObj>
    </w:sdtPr>
    <w:sdtEndPr/>
    <w:sdtContent>
      <w:p w:rsidR="000031EA" w:rsidRDefault="000031EA" w14:paraId="723821BF" w14:textId="268B6D4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a-ES"/>
          </w:rPr>
          <w:t>2</w:t>
        </w:r>
        <w:r>
          <w:fldChar w:fldCharType="end"/>
        </w:r>
      </w:p>
    </w:sdtContent>
  </w:sdt>
  <w:p w:rsidR="000031EA" w:rsidRDefault="000031EA" w14:paraId="0953E333" w14:textId="7777777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31EA" w:rsidP="000031EA" w:rsidRDefault="000031EA" w14:paraId="795E70B0" w14:textId="77777777">
      <w:pPr>
        <w:spacing w:after="0" w:line="240" w:lineRule="auto"/>
      </w:pPr>
      <w:r>
        <w:separator/>
      </w:r>
    </w:p>
  </w:footnote>
  <w:footnote w:type="continuationSeparator" w:id="0">
    <w:p w:rsidR="000031EA" w:rsidP="000031EA" w:rsidRDefault="000031EA" w14:paraId="374163B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8504" w:type="dxa"/>
      <w:tblLook w:val="06A0" w:firstRow="1" w:lastRow="0" w:firstColumn="1" w:lastColumn="0" w:noHBand="1" w:noVBand="1"/>
    </w:tblPr>
    <w:tblGrid>
      <w:gridCol w:w="4425"/>
      <w:gridCol w:w="1311"/>
      <w:gridCol w:w="2768"/>
    </w:tblGrid>
    <w:tr w:rsidR="000D2629" w:rsidTr="000D7784" w14:paraId="33179251" w14:textId="77777777">
      <w:trPr>
        <w:trHeight w:val="300"/>
      </w:trPr>
      <w:tc>
        <w:tcPr>
          <w:tcW w:w="4425" w:type="dxa"/>
        </w:tcPr>
        <w:p w:rsidR="000D2629" w:rsidP="000D2629" w:rsidRDefault="000D2629" w14:paraId="77ACA4C6" w14:textId="30C71145">
          <w:pPr>
            <w:pStyle w:val="Capalera"/>
            <w:ind w:left="-115"/>
          </w:pPr>
          <w:r w:rsidRPr="00C34330">
            <w:rPr>
              <w:noProof/>
            </w:rPr>
            <w:drawing>
              <wp:inline distT="0" distB="0" distL="0" distR="0" wp14:anchorId="239A75F9" wp14:editId="60BC3EEE">
                <wp:extent cx="1610360" cy="750570"/>
                <wp:effectExtent l="0" t="0" r="8890" b="0"/>
                <wp:docPr id="1017146395" name="Imatge 1" descr="Imatge que conté text, Font, logotip, blanc&#10;&#10;Pot ser que el contingut generat per IA no sigui correct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rawing" descr="Imatge que conté text, Font, logotip, blanc&#10;&#10;Pot ser que el contingut generat per IA no sigui correcte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0360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1" w:type="dxa"/>
        </w:tcPr>
        <w:p w:rsidR="000D2629" w:rsidP="000D2629" w:rsidRDefault="000D2629" w14:paraId="353A3F89" w14:textId="77777777">
          <w:pPr>
            <w:pStyle w:val="Capalera"/>
            <w:jc w:val="center"/>
          </w:pPr>
        </w:p>
      </w:tc>
      <w:tc>
        <w:tcPr>
          <w:tcW w:w="2768" w:type="dxa"/>
        </w:tcPr>
        <w:p w:rsidR="000D2629" w:rsidP="000D2629" w:rsidRDefault="000D2629" w14:paraId="16A42B23" w14:textId="77777777">
          <w:pPr>
            <w:pStyle w:val="Capalera"/>
            <w:ind w:right="-115"/>
            <w:jc w:val="right"/>
          </w:pPr>
        </w:p>
      </w:tc>
    </w:tr>
  </w:tbl>
  <w:p w:rsidR="000031EA" w:rsidRDefault="000031EA" w14:paraId="2C10A5E0" w14:textId="77777777">
    <w:pPr>
      <w:pStyle w:val="Capalera"/>
    </w:pPr>
  </w:p>
  <w:p w:rsidR="000031EA" w:rsidRDefault="000031EA" w14:paraId="4ABFDA88" w14:textId="7777777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listaambpic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listaambpic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08711069"/>
    <w:multiLevelType w:val="multilevel"/>
    <w:tmpl w:val="8B8C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15B860BD"/>
    <w:multiLevelType w:val="multilevel"/>
    <w:tmpl w:val="F802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1770528"/>
    <w:multiLevelType w:val="multilevel"/>
    <w:tmpl w:val="18724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26E722D5"/>
    <w:multiLevelType w:val="multilevel"/>
    <w:tmpl w:val="E452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8BE35E3"/>
    <w:multiLevelType w:val="multilevel"/>
    <w:tmpl w:val="1918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A784D3D"/>
    <w:multiLevelType w:val="multilevel"/>
    <w:tmpl w:val="D376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F492113"/>
    <w:multiLevelType w:val="multilevel"/>
    <w:tmpl w:val="123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4ABA1282"/>
    <w:multiLevelType w:val="multilevel"/>
    <w:tmpl w:val="879E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56861CE9"/>
    <w:multiLevelType w:val="multilevel"/>
    <w:tmpl w:val="9E247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5B8A0FAA"/>
    <w:multiLevelType w:val="multilevel"/>
    <w:tmpl w:val="331E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870098804">
    <w:abstractNumId w:val="8"/>
  </w:num>
  <w:num w:numId="2" w16cid:durableId="1799838224">
    <w:abstractNumId w:val="6"/>
  </w:num>
  <w:num w:numId="3" w16cid:durableId="166408553">
    <w:abstractNumId w:val="5"/>
  </w:num>
  <w:num w:numId="4" w16cid:durableId="1654601145">
    <w:abstractNumId w:val="4"/>
  </w:num>
  <w:num w:numId="5" w16cid:durableId="1398436330">
    <w:abstractNumId w:val="7"/>
  </w:num>
  <w:num w:numId="6" w16cid:durableId="303118088">
    <w:abstractNumId w:val="3"/>
  </w:num>
  <w:num w:numId="7" w16cid:durableId="1662004249">
    <w:abstractNumId w:val="2"/>
  </w:num>
  <w:num w:numId="8" w16cid:durableId="499777712">
    <w:abstractNumId w:val="1"/>
  </w:num>
  <w:num w:numId="9" w16cid:durableId="847058247">
    <w:abstractNumId w:val="0"/>
  </w:num>
  <w:num w:numId="10" w16cid:durableId="212468184">
    <w:abstractNumId w:val="12"/>
  </w:num>
  <w:num w:numId="11" w16cid:durableId="951741968">
    <w:abstractNumId w:val="18"/>
  </w:num>
  <w:num w:numId="12" w16cid:durableId="1086809549">
    <w:abstractNumId w:val="14"/>
  </w:num>
  <w:num w:numId="13" w16cid:durableId="1896699090">
    <w:abstractNumId w:val="13"/>
  </w:num>
  <w:num w:numId="14" w16cid:durableId="189727750">
    <w:abstractNumId w:val="17"/>
  </w:num>
  <w:num w:numId="15" w16cid:durableId="1912542899">
    <w:abstractNumId w:val="10"/>
  </w:num>
  <w:num w:numId="16" w16cid:durableId="1823232769">
    <w:abstractNumId w:val="9"/>
  </w:num>
  <w:num w:numId="17" w16cid:durableId="905804199">
    <w:abstractNumId w:val="11"/>
  </w:num>
  <w:num w:numId="18" w16cid:durableId="1172641040">
    <w:abstractNumId w:val="15"/>
  </w:num>
  <w:num w:numId="19" w16cid:durableId="603801624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1EA"/>
    <w:rsid w:val="00034616"/>
    <w:rsid w:val="0006063C"/>
    <w:rsid w:val="000D2629"/>
    <w:rsid w:val="0015074B"/>
    <w:rsid w:val="0029639D"/>
    <w:rsid w:val="00326F90"/>
    <w:rsid w:val="00336967"/>
    <w:rsid w:val="003B7925"/>
    <w:rsid w:val="003C0238"/>
    <w:rsid w:val="00782C68"/>
    <w:rsid w:val="009F40E0"/>
    <w:rsid w:val="00AA1D8D"/>
    <w:rsid w:val="00B47730"/>
    <w:rsid w:val="00C3600A"/>
    <w:rsid w:val="00CB0664"/>
    <w:rsid w:val="00DA3D46"/>
    <w:rsid w:val="00FC693F"/>
    <w:rsid w:val="4711BF8B"/>
    <w:rsid w:val="5DC5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9C06DC4"/>
  <w14:defaultImageDpi w14:val="300"/>
  <w15:docId w15:val="{F795BD97-EE1D-433B-B02F-91C809C8A8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Calibri" w:hAnsi="Calibri"/>
    </w:rPr>
  </w:style>
  <w:style w:type="paragraph" w:styleId="Ttol1">
    <w:name w:val="heading 1"/>
    <w:basedOn w:val="Normal"/>
    <w:next w:val="Normal"/>
    <w:link w:val="Ttol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Lletraperdefectedelpargraf" w:default="1">
    <w:name w:val="Default Paragraph Font"/>
    <w:uiPriority w:val="1"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CapaleraCar" w:customStyle="1">
    <w:name w:val="Capçalera Car"/>
    <w:basedOn w:val="Lletraperdefectedelpargraf"/>
    <w:link w:val="Capalera"/>
    <w:uiPriority w:val="99"/>
    <w:rsid w:val="00E618BF"/>
  </w:style>
  <w:style w:type="paragraph" w:styleId="Peu">
    <w:name w:val="footer"/>
    <w:basedOn w:val="Normal"/>
    <w:link w:val="Peu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euCar" w:customStyle="1">
    <w:name w:val="Peu Car"/>
    <w:basedOn w:val="Lletraperdefectedelpargraf"/>
    <w:link w:val="Peu"/>
    <w:uiPriority w:val="99"/>
    <w:rsid w:val="00E618BF"/>
  </w:style>
  <w:style w:type="paragraph" w:styleId="Senseespaiat">
    <w:name w:val="No Spacing"/>
    <w:uiPriority w:val="1"/>
    <w:qFormat/>
    <w:rsid w:val="00FC693F"/>
    <w:pPr>
      <w:spacing w:after="0" w:line="240" w:lineRule="auto"/>
    </w:pPr>
  </w:style>
  <w:style w:type="character" w:styleId="Ttol1Car" w:customStyle="1">
    <w:name w:val="Títol 1 Car"/>
    <w:basedOn w:val="Lletraperdefectedelpargraf"/>
    <w:link w:val="Ttol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ol2Car" w:customStyle="1">
    <w:name w:val="Títol 2 Car"/>
    <w:basedOn w:val="Lletraperdefectedelpargraf"/>
    <w:link w:val="Ttol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ol3Car" w:customStyle="1">
    <w:name w:val="Títol 3 Car"/>
    <w:basedOn w:val="Lletraperdefectedelpargraf"/>
    <w:link w:val="Ttol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ol">
    <w:name w:val="Title"/>
    <w:basedOn w:val="Normal"/>
    <w:next w:val="Normal"/>
    <w:link w:val="Ttol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olCar" w:customStyle="1">
    <w:name w:val="Títol Car"/>
    <w:basedOn w:val="Lletraperdefectedelpargraf"/>
    <w:link w:val="Ttol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tol">
    <w:name w:val="Subtitle"/>
    <w:basedOn w:val="Normal"/>
    <w:next w:val="Normal"/>
    <w:link w:val="Subttol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olCar" w:customStyle="1">
    <w:name w:val="Subtítol Car"/>
    <w:basedOn w:val="Lletraperdefectedelpargraf"/>
    <w:link w:val="Subttol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argrafdel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independent">
    <w:name w:val="Body Text"/>
    <w:basedOn w:val="Normal"/>
    <w:link w:val="TextindependentCar"/>
    <w:uiPriority w:val="99"/>
    <w:unhideWhenUsed/>
    <w:rsid w:val="00AA1D8D"/>
    <w:pPr>
      <w:spacing w:after="120"/>
    </w:pPr>
  </w:style>
  <w:style w:type="character" w:styleId="TextindependentCar" w:customStyle="1">
    <w:name w:val="Text independent Car"/>
    <w:basedOn w:val="Lletraperdefectedelpargraf"/>
    <w:link w:val="Textindependent"/>
    <w:uiPriority w:val="99"/>
    <w:rsid w:val="00AA1D8D"/>
  </w:style>
  <w:style w:type="paragraph" w:styleId="Textindependent2">
    <w:name w:val="Body Text 2"/>
    <w:basedOn w:val="Normal"/>
    <w:link w:val="Textindependent2Car"/>
    <w:uiPriority w:val="99"/>
    <w:unhideWhenUsed/>
    <w:rsid w:val="00AA1D8D"/>
    <w:pPr>
      <w:spacing w:after="120" w:line="480" w:lineRule="auto"/>
    </w:pPr>
  </w:style>
  <w:style w:type="character" w:styleId="Textindependent2Car" w:customStyle="1">
    <w:name w:val="Text independent 2 Car"/>
    <w:basedOn w:val="Lletraperdefectedelpargraf"/>
    <w:link w:val="Textindependent2"/>
    <w:uiPriority w:val="99"/>
    <w:rsid w:val="00AA1D8D"/>
  </w:style>
  <w:style w:type="paragraph" w:styleId="Textindependent3">
    <w:name w:val="Body Text 3"/>
    <w:basedOn w:val="Normal"/>
    <w:link w:val="Textindependent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independent3Car" w:customStyle="1">
    <w:name w:val="Text independent 3 Car"/>
    <w:basedOn w:val="Lletraperdefectedelpargraf"/>
    <w:link w:val="Textindependent3"/>
    <w:uiPriority w:val="99"/>
    <w:rsid w:val="00AA1D8D"/>
    <w:rPr>
      <w:sz w:val="16"/>
      <w:szCs w:val="16"/>
    </w:rPr>
  </w:style>
  <w:style w:type="paragraph" w:styleId="L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listaambpic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listaambpic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listaambpic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cidel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cidel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cidel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demacro">
    <w:name w:val="macro"/>
    <w:link w:val="Text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demacroCar" w:customStyle="1">
    <w:name w:val="Text de macro Car"/>
    <w:basedOn w:val="Lletraperdefectedelpargraf"/>
    <w:link w:val="Textde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basedOn w:val="Lletraperdefectedelpargraf"/>
    <w:link w:val="Cita"/>
    <w:uiPriority w:val="29"/>
    <w:rsid w:val="00FC693F"/>
    <w:rPr>
      <w:i/>
      <w:iCs/>
      <w:color w:val="000000" w:themeColor="text1"/>
    </w:rPr>
  </w:style>
  <w:style w:type="character" w:styleId="Ttol4Car" w:customStyle="1">
    <w:name w:val="Títol 4 Car"/>
    <w:basedOn w:val="Lletraperdefectedelpargraf"/>
    <w:link w:val="Ttol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ol5Car" w:customStyle="1">
    <w:name w:val="Títol 5 Car"/>
    <w:basedOn w:val="Lletraperdefectedelpargraf"/>
    <w:link w:val="Ttol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tol6Car" w:customStyle="1">
    <w:name w:val="Títol 6 Car"/>
    <w:basedOn w:val="Lletraperdefectedelpargraf"/>
    <w:link w:val="Ttol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tol7Car" w:customStyle="1">
    <w:name w:val="Títol 7 Car"/>
    <w:basedOn w:val="Lletraperdefectedelpargraf"/>
    <w:link w:val="Ttol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ol8Car" w:customStyle="1">
    <w:name w:val="Títol 8 Car"/>
    <w:basedOn w:val="Lletraperdefectedelpargraf"/>
    <w:link w:val="Ttol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ol9Car" w:customStyle="1">
    <w:name w:val="Títol 9 Car"/>
    <w:basedOn w:val="Lletraperdefectedelpargraf"/>
    <w:link w:val="Ttol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ennegreta">
    <w:name w:val="Strong"/>
    <w:basedOn w:val="Lletraperdefectedelpargraf"/>
    <w:uiPriority w:val="22"/>
    <w:qFormat/>
    <w:rsid w:val="00FC693F"/>
    <w:rPr>
      <w:b/>
      <w:bCs/>
    </w:rPr>
  </w:style>
  <w:style w:type="character" w:styleId="mfasi">
    <w:name w:val="Emphasis"/>
    <w:basedOn w:val="Lletraperdefectedelpargraf"/>
    <w:uiPriority w:val="20"/>
    <w:qFormat/>
    <w:rsid w:val="00FC693F"/>
    <w:rPr>
      <w:i/>
      <w:iCs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intensaCar" w:customStyle="1">
    <w:name w:val="Cita intensa Car"/>
    <w:basedOn w:val="Lletraperdefectedelpargraf"/>
    <w:link w:val="Citaintensa"/>
    <w:uiPriority w:val="30"/>
    <w:rsid w:val="00FC693F"/>
    <w:rPr>
      <w:b/>
      <w:bCs/>
      <w:i/>
      <w:iCs/>
      <w:color w:val="4F81BD" w:themeColor="accent1"/>
    </w:rPr>
  </w:style>
  <w:style w:type="character" w:styleId="mfasisubtil">
    <w:name w:val="Subtle Emphasis"/>
    <w:basedOn w:val="Lletraperdefectedelpargraf"/>
    <w:uiPriority w:val="19"/>
    <w:qFormat/>
    <w:rsid w:val="00FC693F"/>
    <w:rPr>
      <w:i/>
      <w:iCs/>
      <w:color w:val="808080" w:themeColor="text1" w:themeTint="7F"/>
    </w:rPr>
  </w:style>
  <w:style w:type="character" w:styleId="mfasiintens">
    <w:name w:val="Intense Emphasis"/>
    <w:basedOn w:val="Lletraperdefectedelpargraf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btil">
    <w:name w:val="Subtle Reference"/>
    <w:basedOn w:val="Lletraperdefectedelpargraf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Lletraperdefectedelpargraf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oldelllibre">
    <w:name w:val="Book Title"/>
    <w:basedOn w:val="Lletraperdefectedelpargraf"/>
    <w:uiPriority w:val="33"/>
    <w:qFormat/>
    <w:rsid w:val="00FC693F"/>
    <w:rPr>
      <w:b/>
      <w:bCs/>
      <w:smallCaps/>
      <w:spacing w:val="5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FC693F"/>
    <w:pPr>
      <w:outlineLvl w:val="9"/>
    </w:pPr>
  </w:style>
  <w:style w:type="table" w:styleId="Taulaambquadrcula">
    <w:name w:val="Table Grid"/>
    <w:basedOn w:val="Tau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Ombrejatsuau">
    <w:name w:val="Light Shading"/>
    <w:basedOn w:val="Tau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Ombrejatsuaumfasi1">
    <w:name w:val="Light Shading Accent 1"/>
    <w:basedOn w:val="Tau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Ombrejatsuaumfasi2">
    <w:name w:val="Light Shading Accent 2"/>
    <w:basedOn w:val="Tau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Ombrejatsuaumfasi3">
    <w:name w:val="Light Shading Accent 3"/>
    <w:basedOn w:val="Tau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Ombrejatsuaumfasi4">
    <w:name w:val="Light Shading Accent 4"/>
    <w:basedOn w:val="Tau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Ombrejatsuaumfasi5">
    <w:name w:val="Light Shading Accent 5"/>
    <w:basedOn w:val="Tau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Ombrejatsuaumfasi6">
    <w:name w:val="Light Shading Accent 6"/>
    <w:basedOn w:val="Tau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listaclara">
    <w:name w:val="Light List"/>
    <w:basedOn w:val="Tau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listaclaramfasi1">
    <w:name w:val="Light List Accent 1"/>
    <w:basedOn w:val="Tau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listaclaramfasi2">
    <w:name w:val="Light List Accent 2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listaclaramfasi3">
    <w:name w:val="Light List Accent 3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listaclaramfasi4">
    <w:name w:val="Light List Accent 4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listaclaramfasi5">
    <w:name w:val="Light List Accent 5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listaclaramfasi6">
    <w:name w:val="Light List Accent 6"/>
    <w:basedOn w:val="Tau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Quadrculaclara">
    <w:name w:val="Light Grid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Quadrculaclaramfasi1">
    <w:name w:val="Light Grid Accent 1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Quadrculaclaramfasi2">
    <w:name w:val="Light Grid Accent 2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Quadrculaclaramfasi3">
    <w:name w:val="Light Grid Accent 3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Quadrculaclaramfasi4">
    <w:name w:val="Light Grid Accent 4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Quadrculaclaramfasi5">
    <w:name w:val="Light Grid Accent 5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Quadrculaclaramfasi6">
    <w:name w:val="Light Grid Accent 6"/>
    <w:basedOn w:val="Tau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Ombrejatmitj1">
    <w:name w:val="Medium Shading 1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1">
    <w:name w:val="Medium Shading 1 Accent 1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2">
    <w:name w:val="Medium Shading 1 Accent 2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3">
    <w:name w:val="Medium Shading 1 Accent 3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4">
    <w:name w:val="Medium Shading 1 Accent 4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5">
    <w:name w:val="Medium Shading 1 Accent 5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1mfasi6">
    <w:name w:val="Medium Shading 1 Accent 6"/>
    <w:basedOn w:val="Tau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mitj2">
    <w:name w:val="Medium Shading 2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1">
    <w:name w:val="Medium Shading 2 Accent 1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2">
    <w:name w:val="Medium Shading 2 Accent 2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3">
    <w:name w:val="Medium Shading 2 Accent 3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4">
    <w:name w:val="Medium Shading 2 Accent 4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5">
    <w:name w:val="Medium Shading 2 Accent 5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Ombrejatmitj2mfasi6">
    <w:name w:val="Medium Shading 2 Accent 6"/>
    <w:basedOn w:val="Tau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listamitjana1">
    <w:name w:val="Medium List 1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listamitjana1mfasi1">
    <w:name w:val="Medium List 1 Accent 1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listamitjana1mfasi2">
    <w:name w:val="Medium List 1 Accent 2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listamitjana1mfasi3">
    <w:name w:val="Medium List 1 Accent 3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listamitjana1mfasi4">
    <w:name w:val="Medium List 1 Accent 4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listamitjana1mfasi5">
    <w:name w:val="Medium List 1 Accent 5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listamitjana1mfasi6">
    <w:name w:val="Medium List 1 Accent 6"/>
    <w:basedOn w:val="Tau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listamitjana2">
    <w:name w:val="Medium List 2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1">
    <w:name w:val="Medium List 2 Accent 1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2">
    <w:name w:val="Medium List 2 Accent 2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3">
    <w:name w:val="Medium List 2 Accent 3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4">
    <w:name w:val="Medium List 2 Accent 4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5">
    <w:name w:val="Medium List 2 Accent 5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listamitjana2mfasi6">
    <w:name w:val="Medium List 2 Accent 6"/>
    <w:basedOn w:val="Tau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Quadrculamitjana1">
    <w:name w:val="Medium Grid 1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Quadrculamitjana1mfasi1">
    <w:name w:val="Medium Grid 1 Accent 1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Quadrculamitjana1mfasi2">
    <w:name w:val="Medium Grid 1 Accent 2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Quadrculamitjana1mfasi3">
    <w:name w:val="Medium Grid 1 Accent 3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Quadrculamitjana1mfasi4">
    <w:name w:val="Medium Grid 1 Accent 4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Quadrculamitjana1mfasi5">
    <w:name w:val="Medium Grid 1 Accent 5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Quadrculamitjana1mfasi6">
    <w:name w:val="Medium Grid 1 Accent 6"/>
    <w:basedOn w:val="Tau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Quadrculamitjana2">
    <w:name w:val="Medium Grid 2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1">
    <w:name w:val="Medium Grid 2 Accent 1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2">
    <w:name w:val="Medium Grid 2 Accent 2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3">
    <w:name w:val="Medium Grid 2 Accent 3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4">
    <w:name w:val="Medium Grid 2 Accent 4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5">
    <w:name w:val="Medium Grid 2 Accent 5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2mfasi6">
    <w:name w:val="Medium Grid 2 Accent 6"/>
    <w:basedOn w:val="Tau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Quadrculamitjana3">
    <w:name w:val="Medium Grid 3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Quadrculamitjana3mfasi1">
    <w:name w:val="Medium Grid 3 Accent 1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Quadrculamitjana3mfasi2">
    <w:name w:val="Medium Grid 3 Accent 2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Quadrculamitjana3mfasi3">
    <w:name w:val="Medium Grid 3 Accent 3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Quadrculamitjana3mfasi4">
    <w:name w:val="Medium Grid 3 Accent 4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Quadrculamitjana3mfasi5">
    <w:name w:val="Medium Grid 3 Accent 5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Quadrculamitjana3mfasi6">
    <w:name w:val="Medium Grid 3 Accent 6"/>
    <w:basedOn w:val="Tau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listafosca">
    <w:name w:val="Dark List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listafoscamfasi1">
    <w:name w:val="Dark List Accent 1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listafoscamfasi2">
    <w:name w:val="Dark List Accent 2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listafoscamfasi3">
    <w:name w:val="Dark List Accent 3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listafoscamfasi4">
    <w:name w:val="Dark List Accent 4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listafoscamfasi5">
    <w:name w:val="Dark List Accent 5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listafoscamfasi6">
    <w:name w:val="Dark List Accent 6"/>
    <w:basedOn w:val="Tau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mbrejatmulticolor">
    <w:name w:val="Colorful Shading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1">
    <w:name w:val="Colorful Shading Accent 1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2">
    <w:name w:val="Colorful Shading Accent 2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3">
    <w:name w:val="Colorful Shading Accent 3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mbrejatmulticolormfasi4">
    <w:name w:val="Colorful Shading Accent 4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5">
    <w:name w:val="Colorful Shading Accent 5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mbrejatmulticolormfasi6">
    <w:name w:val="Colorful Shading Accent 6"/>
    <w:basedOn w:val="Tau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listamulticolor">
    <w:name w:val="Colorful List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listamulticolormfasi1">
    <w:name w:val="Colorful List Accent 1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listamulticolormfasi2">
    <w:name w:val="Colorful List Accent 2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listamulticolormfasi3">
    <w:name w:val="Colorful List Accent 3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4">
    <w:name w:val="Colorful List Accent 4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listamulticolormfasi5">
    <w:name w:val="Colorful List Accent 5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listamulticolormfasi6">
    <w:name w:val="Colorful List Accent 6"/>
    <w:basedOn w:val="Tau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Quadrculamulticolor">
    <w:name w:val="Colorful Grid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Quadrculamulticolormfasi1">
    <w:name w:val="Colorful Grid Accent 1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Quadrculamulticolormfasi2">
    <w:name w:val="Colorful Grid Accent 2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Quadrculamulticolormfasi3">
    <w:name w:val="Colorful Grid Accent 3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Quadrculamulticolormfasi4">
    <w:name w:val="Colorful Grid Accent 4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Quadrculamulticolormfasi5">
    <w:name w:val="Colorful Grid Accent 5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Quadrculamulticolormfasi6">
    <w:name w:val="Colorful Grid Accent 6"/>
    <w:basedOn w:val="Tau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Rodriguez Masip, Francesc Ramon</lastModifiedBy>
  <revision>4</revision>
  <dcterms:created xsi:type="dcterms:W3CDTF">2026-06-03T09:44:00.0000000Z</dcterms:created>
  <dcterms:modified xsi:type="dcterms:W3CDTF">2026-09-14T11:12:03.9843913Z</dcterms:modified>
  <category/>
</coreProperties>
</file>